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ארבע הגזרות: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לשחזר את שורש המקור המלא גם כשאות אחת נחה או נבלעת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קוליים ייחודיים לכל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למציאת שורש חסר – זוכרים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הפועל לצורת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אות שנכתבת אבל לא נשמעת, או שנעלמת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למציאת שורש חסר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למציאת שורש חסר – חוקרים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בעברית לרוב יש שלוש אותיות שורש, ואחת מהן נחה ונעלמת - במקרה של קם האות האמצעית (ו) נעלמה, והשורש האמיתי הוא 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גזרת ל"ה/י: ה' בסוף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ל"ה/י: ה' בסוף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ל"ה/י: ה' בסוף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אתמול - הפנה; בניין - הפעיל; השמטת מוספיות - פ-נ-ה; ספירה - 3 אותיות; החלטה - סיום בָה, שורש פ-נ-י/ה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חופשי עם בנה; שורש ב-נ-י/ה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גזרת פ"י/ו: 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הגזרה – פ' הפועל נחה.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בפ"י/ו הצליל הוא הוֹ-ִי, למשל הוֹרִיד; הֵ-ִי שייך לע"ו/י.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גזרת פ"י/ו: האות הראשונה נחה – מה שמעתם?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ו-ב-ל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נוֹ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פ"י/ו: האות הראשונה נחה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י/ו-ר-ד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פ"י/ו: האות הראשונה נחה – התאמות והמרה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(קל, 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גזרת ע"ו/י: האות האמצעית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אות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קָם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גזרת ע"ו/י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נ' נוספת בהתחלה והצליל האמצעי הוא וֹ, כמו בנָסוֹג ונָמוֹג.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רָץ הוא פועל דו-אותי בעבר, ולכן שייך לגזרת ע"ו/י, בבניין 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ע"ו/י – תרגול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ע"ו/י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(שָׁר)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(הוּקַם)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כל הגזרות יחד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האות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כל הגזרות יחד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קָם הוא פועל בן שתי אותיות בבניין קל, שייך לגזרת ע״ו/י.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הסימנים המובהקים של ל״ה/י.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כל הגזרות יחד – איתור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י/ו-ר-ד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פ-נ-י/ה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כל הגזרות יחד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(מסתיים ב-ה, שם הפועל ב-וֹת)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(האות הראשונה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(האות האמצעית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(האות הראשונה נבלעת ומשאירה דגש)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העברה ל„הוא אתמול”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הפועל מסתיים ב־וֹת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ע״ו/י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מסתיים בצליל ָה ב„הוא אתמול”, ושם הפועל שלו הוא לְהַפְנוֹת שמסתיים ב־וֹת – שני סימנים של ל״ה/י.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 נחה נכתבת אך לא נשמעת או נעלמת מהכתיב; נ׳ חסרה לא נכתבת כלל אבל משאירה דגש באות שאחריה.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מעביר נכון לעבר נסתר ומזהה את הבניין לפי המוספיות שהוסרו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סימנים כמו סיום ָה, הברת הוֹ/נוֹ/הֵ, או פועל דו-אותי ומשייך לגזרה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אות שנעלמת/נחה לבין דגש שמסמן נ' שנבלעה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גזרת פ'נ ועל בניינים כבדים ולהתמקד בבניין קל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דוגמאות עם יוצאי דופן ושאלות המשוות בין שתי גזרות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דפי התרגול עם המשחקים המתאימים לכל יחידה לחיזוק נוסף אחרי כל פרק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למצוא שורשים חסרים בעזרת שיטת הבלש. עברו על כל פרק בסדר, פתרו את הדוגמאות לבד, ובדקו את עצמכם בשאלות הסיכום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י/ה  ·  הפעיל  ·  נוֹ  ·  י/ו-ר-ד  ·  י/ו-ר-ד  ·  שורוק  ·  קם  ·  פ-נ-י/ה  ·  שתיים  ·  נבנה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שיטת הבלש: חמשת הצעדים למציאת שורש חסר – זוכרים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בשיטת הבלש למציאת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לספור כמה אותיות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להעביר את הפועל לצורת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לזהות את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אות 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 שתמיד 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 שנכתבת אבל לא נשמעת, או שנעלמת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 שמופיעה רק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גזרה מציינת שהאות הראשונה בשורש היא י או 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שיטת הבלש: חמשת הצעדים למציאת שורש חסר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לקום – צורת הוא אתמול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השמטת מוספיות מהפועל קם נשארות __________ אותיות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שיטת הבלש: חמשת הצעדים למציאת שורש חסר – חוקרים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שלכם: למה הפועל קם שייך לגזרת הנחים, ולא פשוט שורש בן שתי אותיות?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גזרת ל"ה/י: ה' בסוף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מקום בשורש נמצאת האות הנחה בגזרת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"קנה" שייך לאיזה 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בצליל מה מסתיים "הוא אתמול" בגזרת ל"ה/י?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וֹ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גזרת ל"ה/י: ה' בסוף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כותבים את שורש הפועל "קנה" כך: ק-נ-__________.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"הוא אתמול" בבניין נפעל, מהשורש בנה,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גזרת ל"ה/י: ה' בסוף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הפעילו את שיטת הבלש על הפועל "הפנה": כתבו בקצרה כל אחד מחמשת הצעדים.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קצר עם הפועל "בנה" ומצאו את שורשו.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גזרת פ"י/ו: 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פ"י/ו האות הראשונה בשורש היא י' או ו', ולרוב היא לא נשמעת.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הפעיל בגזרת פ"י/ו הצליל הרגיל הוא הֵ-ִי, כמו בגזרת ע"ו/י.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גזרת פ"י/ו: האות הראשונה נחה – מה שמעתם?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הפועל הוֹבִיל, לפי התהליך שהוצג?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ב-י-ל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צליל שומעים בבניין נפעל בגזרה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נֵ-ִי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נֻ-ַ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גזרת פ"י/ו: האות הראשונה נחה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בבניין נפעל בגזרת פ"י/ו, 'הוא אתמול' נשמע __________ , כמו בפועל נוֹלַד.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הפועל הוֹרִיד הוא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גזרת פ"י/ו: האות הראשונה נחה – התאמות והמרה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הוֹבִיל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קל,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נוֹלַד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הוּרַד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אִישַׁן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גזרת ע"ו/י: האות האמצעית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המיקום של האות הנחה בגזרת ע"ו/י בתוך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 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אות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פועל שייך לבניין קל בגזרת ע"ו/י?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הֵקִים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נָסוֹג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קָם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גזרת ע"ו/י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נפעל של ע"ו/י "הוא אתמול" נשמע נָ-וֹ, למשל נָסוֹג.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רָץ שייך לגזרת פ"י/ו.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גזרת ע"ו/י – תרגול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הֵקִים והֵעִיר הם פעלים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בבניין הופעל שומעים __________ במקום קובוץ, למשל הוּקַם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גזרת ע"ו/י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הוּקַם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הֵקִים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שָׁר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נָסוֹג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6 · מסכם: כל הגזרות יחד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גזרה האות האמצעית בשורש נחה, כמו בפועל "שָׁר"?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"קָנָה" מסתיים בָה – לאיזו גזרה הוא שייך?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בפועל "הוֹבִיל" איזו אות בשורש 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האות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מסכם: כל הגזרות יחד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הפועל "קָם" שייך לגזרת ל״ה/י.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הפועל של ל״ה/י תמיד מסתיים ב-וֹת, כמו "לִבְנוֹת".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מסכם: כל הגזרות יחד – איתור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הפועל "הוֹרִיד"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הפועל "הִפְנָה"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מסכם: כל הגזרות יחד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האות הראשונה בשורש 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מסתיים ב-ה, שם הפועל ב-וֹת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האות הראשונה נבלעת ומשאירה 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האות האמצעית בשורש 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 על כל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בשיטת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העברה ל„הוא אתמול”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זיהוי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הסימן לפועל מגזרת ל״ה/י?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הפועל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דגש באות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נשארות רק 2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נשמע בניין הפעיל בגזרת פ״י/ו?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הֵ־ִי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הֻ־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פועל בעבר או בהווה עם 2 אותיות בלבד שייך לבניין קל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ע״ו/י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הפועל הִפְנָה שייך לגזרת ל״ה/י, לפי שני הסימנים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אות „נחה” (כמו בל״ה/י, פ״י/ו, ע״ו/י) לבין נ׳ „חסרה” בגזרת פ״נ?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להעביר כל פועל ל'הוא אתמול' ולזהות את הבניין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לזהות לאיזו גזרה שייך פועל נתון לפי הסימנים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