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להפעיל את חמשת צעדי שיטת הבלש על כל 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ארבע הגזרות: ל"ה/י, פ"י/ו, ע"ו/י וחסרי 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לשחזר את שורש המקור המלא גם כשאות אחת נחה או נבלעת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קוליים ייחודיים לכל גזרה בבניינים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שיטת הבלש: חמשת הצעדים למציאת שורש חסר – זוכרים את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להעביר את הפועל לצורת הוא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אות שנכתבת אבל לא נשמעת, או שנעלמת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האות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החלטה איזו אות חסרה או נחה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שיטת הבלש: חמשת הצעדים למציאת שורש חסר – מפעילים את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שיטת הבלש: חמשת הצעדים למציאת שורש חסר – חוקרים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בעברית לרוב יש שלוש אותיות שורש, ואחת מהן נחה ונעלמת - במקרה של קם האות האמצעית (ו) נעלמה, והשורש האמיתי הוא 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1. הוא אתמול - שר 2. בניין קל 3. אין מוספיות להשמיט 4. נשארו 2 אותיות ש-ר 5. חסרה אות באמצע - השורש הוא ש-י/ו-ר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אות רגילה נשמעת תמיד כמו כל אות אחרת, למשל כ בכתב. אות נחה לא נשמעת או נעלמת, למשל הו בפועל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- התלמיד יבחר פועל, יעביר להוא אתמול, יזהה בניין, ישמיט מוספיות, יספור אותיות ויחליט אם חסרה 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גזרת ל"ה/י: ה' בסוף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ש-נ-ה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גזרת ל"ה/י: ה' בסוף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גזרת ל"ה/י: ה' בסוף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אתמול - הפנה; בניין - הפעיל; השמטת מוספיות - פ-נ-ה; ספירה - 3 אותיות; החלטה - סיום בָה, שורש פ-נ-י/ה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חופשי עם בנה; שורש ב-נ-י/ה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זו גזרת ל"ה/י - האות האחרונה בשורש נחה ומשנה את צליל הבניין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 פינה/ציפה; מזהים לפי סיום ָה ב"הוא אתמול" ו-וֹת בשם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גזרת פ"י/ו: האות הראשונה נחה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הגזרה – פ' הפועל נחה.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בפ"י/ו הצליל הוא הוֹ-ִי, למשל הוֹרִיד; הֵ-ִי שייך לע"ו/י.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גזרת פ"י/ו: האות הראשונה נחה – מה שמעתם?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ו-ב-ל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נוֹ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גזרת פ"י/ו: האות הראשונה נחה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נוֹ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י/ו-ר-ד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גזרת פ"י/ו: האות הראשונה נחה – התאמות והמרה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(קל, 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גזרת ע"ו/י: האות האמצעית נחה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אות 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קָם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גזרת ע"ו/י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בנפעל האות נ' נוספת בהתחלה והצליל האמצעי הוא וֹ, כמו בנָסוֹג ונָמוֹג.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רָץ הוא פועל דו-אותי בעבר, ולכן שייך לגזרת ע"ו/י, בבניין קל.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גזרת ע"ו/י – תרגול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הֵרִים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גזרת ע"ו/י – התאמת 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(שָׁר)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(נָסוֹג)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(הֵקִים)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(הוּקַם)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(הִתְעוֹרֵר)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6 · מסכם: כל הגזרות יחד – זיהוי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ע״ו/י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ל״ה/י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האות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יש דגש באות הראשונה אחרי השמטת המוספיות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מסכם: כל הגזרות יחד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קָם הוא פועל בן שתי אותיות בבניין קל, שייך לגזרת ע״ו/י.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הסימנים המובהקים של ל״ה/י.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מסכם: כל הגזרות יחד – איתור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י/ו-ר-ד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פ-נ-י/ה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י/ו-ל-ד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מסכם: כל הגזרות יחד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(מסתיים ב-ה, שם הפועל ב-וֹת)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(האות הראשונה בשורש 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(האות האמצעית בשורש 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(האות הראשונה נבלעת ומשאירה דגש)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 על כל הגזרות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העברה ל„הוא אתמול”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שם הפועל מסתיים ב־וֹת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הוֹ־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ע״ו/י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דגש באות שאחרי הנ׳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פ״י/ו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הראשון פ״נ, השני ע״ו/י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פ״נ – יש דגש במקום הנ׳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הסבר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מסתיים בצליל ָה ב„הוא אתמול”, ושם הפועל שלו הוא לְהַפְנוֹת שמסתיים ב־וֹת – שני סימנים של ל״ה/י.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 נחה נכתבת אך לא נשמעת או נעלמת מהכתיב; נ׳ חסרה לא נכתבת כלל אבל משאירה דגש באות שאחריה.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 הֵקִים: 1. הוא אתמול – הֵקִים 2. בניין – הפעיל 3. השמטת מוספיות – ק־ם 4. ספירה – נשארו 2 5. החלטה – חסרה אות באמצע, השורש ק־ו/י־ם.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מעביר נכון לעבר נסתר ומזהה את הבניין לפי המוספיות שהוסרו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סימנים כמו סיום ָה, הברת הוֹ/נוֹ/הֵ, או פועל דו-אותי ומשייך לגזרה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אות שנעלמת/נחה לבין דגש שמסמן נ' שנבלעה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שיעור, ולהתחיל תמיד בחזרה קצרה על חמשת צעדי שיטת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גזרת פ'נ ועל בניינים כבדים ולהתמקד בבניין קל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דוגמאות עם יוצאי דופן ושאלות המשוות בין שתי גזרות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דפי התרגול עם המשחקים המתאימים לכל יחידה לחיזוק נוסף אחרי כל פרק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תתרגלו למצוא שורשים חסרים בעזרת שיטת הבלש. עברו על כל פרק בסדר, פתרו את הדוגמאות לבד, ובדקו את עצמכם בשאלות הסיכום בסוף כל פרק.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שיטת הבלש: חמשת הצעדים למציאת שורש חסר – זוכרים את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הצעד הראשון בשיטת הבלש למציאת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לספור כמה אותיות נשארו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להעביר את הפועל לצורת הוא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לזהות את הבניין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להשמיט את המוספיות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אות 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 שתמיד מודגשת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 שנכתבת אבל לא נשמעת, או שנעלמת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 שמופיעה רק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 שמחליפה ניקוד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גזרה מציינת שהאות הראשונה בשורש היא י או 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המילה פעל, מה מסמנת האות ל בשורש?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האות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האות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 שלא שייכת לשורש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הצעד האחרון בחמשת צעדי הבלש?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ספירת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השמטת מוספיות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זיהוי 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החלטה איזו אות חסרה או נחה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שיטת הבלש: חמשת הצעדים למציאת שורש חסר – מפעילים את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לקום – צורת הוא אתמול שלו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השמטת מוספיות מהפועל קם נשארות __________ אותיות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נשארות רק שתי אותיות בעבר או בהווה, הפועל שייך לבניין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המלא של הפועל קם נכתב כך: ק-__________-ם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בפועל כתב לא חסרה אף אות, כי יש בו __________ אותיות שורש מלאות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שיטת הבלש: חמשת הצעדים למציאת שורש חסר – חוקרים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הפועל קם שייך לגזרת הנחים, ולא פשוט שורש בן שתי אותיות?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קחו את הפועל שר ועברו על חמשת צעדי הבלש כדי למצוא את השורש המלא. כתבו כל צעד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אות נחה לאות רגילה בשורש? תנו דוגמה אחת לכל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פועל נוסף שלא הופיע בדוגמאות למעלה, ועברו עליו בחמשת הצעדים כדי להחליט אם הוא שייך לגזרת נחים.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גזרת ל"ה/י: ה' בסוף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מקום בשורש נמצאת האות הנחה בגזרת ל"ה/י?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אות 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הפועל "קנה" שייך לאיזה בניין?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בצליל מה מסתיים "הוא אתמול" בגזרת ל"ה/י?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ֵא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שם הפועל של פעלים מגזרת ל"ה/י מסתיים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השורש של הפועל "השתנה"?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ש-נ-ה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ש-ת-ה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ת-נ-ה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נ-ש-ה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גזרת ל"ה/י: ה' בסוף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כותבים את שורש הפועל "קנה" כך: ק-נ-__________.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"הוא אתמול" בבניין נפעל, מהשורש בנה,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הפועל של הפועל "כיבה" הוא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"הוא אתמול" בבניין התפעל, מהשורש שנה,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גזרת ל"ה/י: ה' בסוף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הפעילו את שיטת הבלש על הפועל "הפנה": כתבו בקצרה כל אחד מחמשת הצעדים.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עם הפועל "בנה" ומצאו את שורשו.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בבניין הפעיל הפועל נשמע "הפנה" ולא "הִפְעִיל".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פועל נוסף מגזרת ל"ה/י בבניין פיעל, והסבירו איך זיהיתם את הגזרה.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גזרת פ"י/ו: האות הראשונה נחה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פ"י/ו האות הראשונה בשורש היא י' או ו', ולרוב היא לא נשמעת.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הפעיל בגזרת פ"י/ו הצליל הרגיל הוא הֵ-ִי, כמו בגזרת ע"ו/י.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גזרת פ"י/ו: האות הראשונה נחה – מה שמעתם?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של הפועל הוֹבִיל, לפי התהליך שהוצג?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ה-ב-ל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ו-ב-ל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ב-י-ל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ה-ו-ל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צליל שומעים בבניין נפעל בגזרה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נֵ-ִי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נֻ-ַ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נָ-וֹ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גזרת פ"י/ו: האות הראשונה נחה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בבניין נפעל בגזרת פ"י/ו, 'הוא אתמול' נשמע __________ , כמו בפועל נוֹלַד.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הפועל הוֹרִיד הוא __________ 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גזרת פ"י/ו: האות הראשונה נחה – התאמות והמרה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הוֹבִיל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נוֹלַד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הוּרַד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קל, 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אִישַׁן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גזרת ע"ו/י: האות האמצעית נחה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המיקום של האות הנחה בגזרת ע"ו/י בתוך השורש?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 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 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אות 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פועל שייך לבניין קל בגזרת ע"ו/י?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הֵקִים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נָסוֹג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קָם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הוּקַם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אותיות נשארות בפועל בעבר או בהווה בבניין קל בגזרת ע"ו/י?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גזרת ע"ו/י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נפעל של ע"ו/י "הוא אתמול" נשמע נָ-וֹ, למשל נָסוֹג.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רָץ שייך לגזרת פ"י/ו.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גזרת ע"ו/י – תרגול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הֵקִים והֵעִיר הם פעלים בבניין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בבניין הופעל שומעים __________ במקום קובוץ, למשל הוּקַם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הוּרַם הוא בהופעל; הצורה המקבילה בהפעיל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גזרת ע"ו/י – התאמת 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נָסוֹג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הוּקַם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שָׁר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הִתְעוֹרֵר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פּוֹלֵל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הֵקִים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6 · מסכם: כל הגזרות יחד – 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גזרה האות האמצעית בשורש נחה, כמו בפועל "שָׁר"?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הפועל "קָנָה" מסתיים בָה – לאיזו גזרה הוא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בפועל "הוֹבִיל" איזו אות בשורש 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האות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האות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אות 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מאפיין פועל מגזרת פ״נ כמו "הִפִּיל"?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מסתיים ב-ה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דגש באות הראשונה אחרי השמטת המוספיות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שתי אותיות בלי דגש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מסתיים ב-וֹת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מסכם: כל הגזרות יחד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"קָם" שייך לגזרת ל״ה/י.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של ל״ה/י תמיד מסתיים ב-וֹת, כמו "לִבְנוֹת".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מסכם: כל הגזרות יחד – איתור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הפועל "הוֹרִיד"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הפועל "הִפְנָה"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הפועל "נוֹלַד"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מסכם: כל הגזרות יחד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ל״ה/י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האות האמצעית בשורש 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פ״י/ו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מסתיים ב-ה, שם הפועל ב-וֹת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ע״ו/י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האות הראשונה נבלעת ומשאירה דגש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פ״נ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האות הראשונה בשורש נחה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 על כל הגזרות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הצעד הראשון בשיטת הבלש?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ספירת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העברה ל„הוא אתמול”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זיהוי הבניין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השמטת מוספיות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הסימן לפועל מגזרת ל״ה/י?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הפועל מסתיים ב־וֹת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דגש באות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נשארות רק 2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הפועל מתחיל בי׳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נשמע בניין הפעיל בגזרת פ״י/ו?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הֵ־ִי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הוֹ־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הֻ־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הִ־י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פועל בעבר או בהווה עם 2 אותיות בלבד שייך לבניין קל בגזרת: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בחסרי פ״נ, מה „מעיד” שהנ׳ נבלעה?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תנועת ָה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דגש באות שאחרי הנ׳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האות ו׳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סיומת 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הפועל הוֹבִיל שייך לאיזו גזרה?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ההבדל בין „שתי אותיות עם דגש” לבין „שתי אותיות בלי דגש”?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הראשון ע״ו/י, השני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הראשון פ״נ, השני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הפועל הֻגַּשׁ (הופעל) שייך לאיזו גזרה, ולמה?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ל״ה/י – מסתיים ב־ָה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פ״נ – יש דגש במקום הנ׳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 – שתי אותיות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פ״י/ו – מתחיל בו׳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הסבר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הפועל הִפְנָה שייך לגזרת ל״ה/י, לפי שני הסימנים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אות „נחה” (כמו בל״ה/י, פ״י/ו, ע״ו/י) לבין נ׳ „חסרה” בגזרת פ״נ?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פועל אחד מגזרת ע״ו/י (למשל שָׁר, קָם או הֵקִים) ועברו איתו על כל חמשת צעדי הבלש בכתב.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להעביר כל פועל ל'הוא אתמול' ולזהות את הבניין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לזהות לאיזו גזרה שייך פועל נתון לפי הסימנים שלמדתי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להבחין בין פועל נחה לבין פועל מגזרת חסרי פ'נ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בלשי השורש: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